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Chloe Webber</w:t>
      </w:r>
    </w:p>
    <w:p>
      <w:r>
        <w:t>Greer, SC 29650</w:t>
        <w:br/>
        <w:t>864-436-7164</w:t>
        <w:br/>
        <w:t>cwebbe5265@att.net</w:t>
        <w:br/>
        <w:t>https://cwebbe5265.github.io/Chloe-Webber</w:t>
      </w:r>
    </w:p>
    <w:p>
      <w:pPr>
        <w:pStyle w:val="Heading1"/>
      </w:pPr>
      <w:r>
        <w:t>Professional Summary</w:t>
      </w:r>
    </w:p>
    <w:p>
      <w:r>
        <w:t>Aspiring Software Developer with a strong foundation in JavaScript, Python, and modern frameworks like React and Node.js. Passionate about building responsive web applications and solving real-world problems through code.</w:t>
      </w:r>
    </w:p>
    <w:p>
      <w:pPr>
        <w:pStyle w:val="Heading1"/>
      </w:pPr>
      <w:r>
        <w:t>Technical Skills</w:t>
      </w:r>
    </w:p>
    <w:p>
      <w:r>
        <w:t>Languages: JavaScript, Python, HTML, CSS</w:t>
      </w:r>
    </w:p>
    <w:p>
      <w:r>
        <w:t>Frameworks/Libraries: React, Node.js</w:t>
      </w:r>
    </w:p>
    <w:p>
      <w:r>
        <w:t>Tools: Git, Visual Studio Code, SellCloud, SkuStack, IQ Reseller</w:t>
      </w:r>
    </w:p>
    <w:p>
      <w:r>
        <w:t>Other: Agile basics, Responsive Web Design, Inventory Management Systems</w:t>
      </w:r>
    </w:p>
    <w:p>
      <w:pPr>
        <w:pStyle w:val="Heading1"/>
      </w:pPr>
      <w:r>
        <w:t>Professional Experience</w:t>
      </w:r>
    </w:p>
    <w:p>
      <w:r>
        <w:t>Shipping Supervisor — TekReplay, Simpsonville, SC (October 2022 - Current)</w:t>
      </w:r>
    </w:p>
    <w:p>
      <w:pPr>
        <w:pStyle w:val="ListBullet"/>
      </w:pPr>
      <w:r>
        <w:t>Diagnose and repair laptops, tablets, and phones; ensure resale readiness.</w:t>
      </w:r>
    </w:p>
    <w:p>
      <w:pPr>
        <w:pStyle w:val="ListBullet"/>
      </w:pPr>
      <w:r>
        <w:t>Process incoming devices using SkuStack and IQ Reseller for inventory tracking.</w:t>
      </w:r>
    </w:p>
    <w:p>
      <w:pPr>
        <w:pStyle w:val="ListBullet"/>
      </w:pPr>
      <w:r>
        <w:t>Create product listings with accurate specs and SKUs for resale platforms.</w:t>
      </w:r>
    </w:p>
    <w:p>
      <w:pPr>
        <w:pStyle w:val="ListBullet"/>
      </w:pPr>
      <w:r>
        <w:t>Manage monthly cycle counts and conduct annual inventory audits.</w:t>
      </w:r>
    </w:p>
    <w:p>
      <w:pPr>
        <w:pStyle w:val="ListBullet"/>
      </w:pPr>
      <w:r>
        <w:t>Match chargers and accessories and pack wholesale shipments efficiently.</w:t>
      </w:r>
    </w:p>
    <w:p>
      <w:pPr>
        <w:pStyle w:val="ListBullet"/>
      </w:pPr>
      <w:r>
        <w:t>Train employees in picking, packing, kiting, and inventory.</w:t>
      </w:r>
    </w:p>
    <w:p>
      <w:pPr>
        <w:pStyle w:val="ListBullet"/>
      </w:pPr>
      <w:r>
        <w:t>Maintain documentation on oversells.</w:t>
      </w:r>
    </w:p>
    <w:p>
      <w:pPr>
        <w:pStyle w:val="ListBullet"/>
      </w:pPr>
      <w:r>
        <w:t>Kit the device and charger (laptop, tablet, phone, watch).</w:t>
      </w:r>
    </w:p>
    <w:p>
      <w:r>
        <w:t>Shift Manager — Arby's, Simpsonville, SC (January 2020 - October 2022)</w:t>
      </w:r>
    </w:p>
    <w:p>
      <w:pPr>
        <w:pStyle w:val="ListBullet"/>
      </w:pPr>
      <w:r>
        <w:t>Supervised team of 3 during peak shifts; ensured fast, friendly service.</w:t>
      </w:r>
    </w:p>
    <w:p>
      <w:pPr>
        <w:pStyle w:val="ListBullet"/>
      </w:pPr>
      <w:r>
        <w:t>Tracked product usage and updated end-of-shift inventory via Excel.</w:t>
      </w:r>
    </w:p>
    <w:p>
      <w:pPr>
        <w:pStyle w:val="ListBullet"/>
      </w:pPr>
      <w:r>
        <w:t>Maintained clean, organized food prep and service areas.</w:t>
      </w:r>
    </w:p>
    <w:p>
      <w:pPr>
        <w:pStyle w:val="ListBullet"/>
      </w:pPr>
      <w:r>
        <w:t>Balanced cash register transactions at end of shift.</w:t>
      </w:r>
    </w:p>
    <w:p>
      <w:r>
        <w:t>Team Member — Arby's, Simpsonville, SC</w:t>
      </w:r>
    </w:p>
    <w:p>
      <w:pPr>
        <w:pStyle w:val="ListBullet"/>
      </w:pPr>
      <w:r>
        <w:t>Managed fry machine and stocked prep station and condiments.</w:t>
      </w:r>
    </w:p>
    <w:p>
      <w:pPr>
        <w:pStyle w:val="ListBullet"/>
      </w:pPr>
      <w:r>
        <w:t>Processed cash register transactions.</w:t>
      </w:r>
    </w:p>
    <w:p>
      <w:pPr>
        <w:pStyle w:val="ListBullet"/>
      </w:pPr>
      <w:r>
        <w:t>Provided excellent customer service by assuring orders were filled accurately.</w:t>
      </w:r>
    </w:p>
    <w:p>
      <w:pPr>
        <w:pStyle w:val="ListBullet"/>
      </w:pPr>
      <w:r>
        <w:t>Resolved conflict issues with unsatisfied customers.</w:t>
      </w:r>
    </w:p>
    <w:p>
      <w:pPr>
        <w:pStyle w:val="Heading1"/>
      </w:pPr>
      <w:r>
        <w:t>Education</w:t>
      </w:r>
    </w:p>
    <w:p>
      <w:r>
        <w:t>Bachelors Computer Science of Software Development — Strayer University, Greenville, SC (December 2024) | GPA: 4.0</w:t>
      </w:r>
    </w:p>
    <w:p>
      <w:r>
        <w:t>Associate in Science — Greenville Technical College, Greenville, SC (August 2022)</w:t>
      </w:r>
    </w:p>
    <w:p>
      <w:r>
        <w:t>High School Diploma — Mauldin High School, Mauldin, SC (June 2020)</w:t>
      </w:r>
    </w:p>
    <w:p>
      <w:pPr>
        <w:pStyle w:val="Heading1"/>
      </w:pPr>
      <w:r>
        <w:t>Certificates</w:t>
      </w:r>
    </w:p>
    <w:p>
      <w:pPr>
        <w:pStyle w:val="ListBullet"/>
      </w:pPr>
      <w:r>
        <w:t>Python Programming Certificate — 2024-09</w:t>
      </w:r>
    </w:p>
    <w:p>
      <w:pPr>
        <w:pStyle w:val="ListBullet"/>
      </w:pPr>
      <w:r>
        <w:t>Undergraduate Certificate: IT Fundamentals — 2024-06</w:t>
      </w:r>
    </w:p>
    <w:p>
      <w:pPr>
        <w:pStyle w:val="ListBullet"/>
      </w:pPr>
      <w:r>
        <w:t>IT Fundamentals Pro — 2023-06</w:t>
      </w:r>
    </w:p>
    <w:p>
      <w:pPr>
        <w:pStyle w:val="ListBullet"/>
      </w:pPr>
      <w:r>
        <w:t>College Ready Certificate — 2020-06</w:t>
      </w:r>
    </w:p>
    <w:p>
      <w:pPr>
        <w:pStyle w:val="Heading1"/>
      </w:pPr>
      <w:r>
        <w:t>Projects</w:t>
      </w:r>
    </w:p>
    <w:p>
      <w:r>
        <w:t>Portfolio Website — Built and deployed a personal portfolio using HTML, CSS, and JavaScript to showcase coding projects. Designed responsive layout and hosted via GitHub Pages.</w:t>
      </w:r>
    </w:p>
    <w:p>
      <w:pPr>
        <w:pStyle w:val="Heading1"/>
      </w:pPr>
      <w:r>
        <w:t>Community Service &amp; Volunteer Work</w:t>
      </w:r>
    </w:p>
    <w:p>
      <w:r>
        <w:t>Bramblewood Stables, Stable Volunteer — Taylors, SC (2018-11 to 2019-03). Provided daily horse care including feeding, grooming, and leading to pasture. Assisted beginner riders with basics of horseback riding and safety. Maintained clean stables and replaced bedding regularly.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